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Участие армян в европейском движении Сопротивления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2019-05-06</w:t>
      </w:r>
    </w:p>
    <w:p>
      <w:pPr/>
      <w:r>
        <w:t>28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rPr>
          <w:b/>
        </w:rPr>
        <w:t xml:space="preserve"> </w:t>
      </w:r>
      <w:r>
        <w:br/>
      </w:r>
      <w:hyperlink r:id="rId13">
        <w:r>
          <w:rPr>
            <w:color w:val="0000FF"/>
            <w:u w:val="single"/>
          </w:rPr>
          <w:t>ВКонтакте</w:t>
        </w:r>
      </w:hyperlink>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Важным стратегическим фактором в достижении победы над гитлеровским фашизмом стало антифашистское </w:t>
      </w:r>
      <w:r>
        <w:rPr>
          <w:b/>
        </w:rPr>
        <w:t>движение Сопротивления</w:t>
      </w:r>
      <w:r>
        <w:t xml:space="preserve"> народов Европы за свое национальное и социальное освобождение. Составной частью антифашистской борьбы в оккупированных странах и борьбы советского народа против гитлеровских захватчиков было участие советских патриотов в партизанском движении и движении Сопротивления в оккупированных странах Европы, а также в фашистских лагерях. Антифашистская борьба советских граждан в европейских странах являлась составной частью борьбы народов этих стран и полностью зависела от местных условий.</w:t>
      </w:r>
    </w:p>
    <w:p>
      <w:r>
        <w:t xml:space="preserve">Огромное значение героической борьбы народов </w:t>
      </w:r>
      <w:r>
        <w:rPr>
          <w:b/>
        </w:rPr>
        <w:t>СССР</w:t>
      </w:r>
      <w:r>
        <w:t xml:space="preserve"> для развития движения Сопротивления отмечалось подавляющим большинством участников II Международной конференции по истории движения Сопротивления, состоявшейся в марте 1961 г. в Милане — одном из главных центров итальянского Сопротивления. В своем докладе на конференции французский ученый Анри Мишель подчеркнул, что Советский Союз в годы войны был надеждой всех свободолюбивых народов и явился общепризнанным вдохновителем всего движения Сопротивления. </w:t>
      </w:r>
      <w:r>
        <w:rPr>
          <w:i/>
        </w:rPr>
        <w:t>«С вступлением СССР в войну движение Сопротивления в Европе приняло огромный размах:»</w:t>
      </w:r>
      <w:r>
        <w:t xml:space="preserve"> [1].</w:t>
      </w:r>
    </w:p>
    <w:p>
      <w:r>
        <w:t xml:space="preserve">Движение Сопротивления было национально-освободительным движением против иноземных поработителей и сотрудничавших с ними предателей. По далеко не полным данным, за рубежом из многих десятков тысяч советских граждан, бежавших из фашистских лагерей, активно сражалось против гитлеровцев до 40 тысяч человек, в том числе в </w:t>
      </w:r>
      <w:r>
        <w:rPr>
          <w:b/>
        </w:rPr>
        <w:t>Польше — 18 тысяч, Чехословакии — 3 тысячи, Франции — около 3 тысяч, Югославии — 2,9 тысяч, Италии — 5 тысяч, Бельгии — 800 человек</w:t>
      </w:r>
      <w:r>
        <w:t xml:space="preserve"> [2]. В научное освещение данной проблемы большой вклад внесли советские и зарубежные исследователи [3]. Цель настоящей статьи — на основании архивных материалов и литературных источников показать, в частности, участие армян в движении Сопротивления в Польше, Чехословакии, Германии, Франции, Бельгии, Италии, Югославии и других странах, их активную деятельность в антифашистском подполье. До сих пор нет обобщающей монографии о вкладе армян в европейское движение Сопротивления. В настоящее время накопилось достаточно материала для создания научных исследований по данному вопросу.</w:t>
      </w:r>
    </w:p>
    <w:p>
      <w:r>
        <w:t xml:space="preserve">7 августа 1941 г. было опубликовано обращение общественности </w:t>
      </w:r>
      <w:r>
        <w:rPr>
          <w:b/>
        </w:rPr>
        <w:t>Советской Армении</w:t>
      </w:r>
      <w:r>
        <w:t xml:space="preserve"> ко всем армянам зарубежных стран, в котором видные деятели науки, культуры, литературы и искусства Армении </w:t>
      </w:r>
      <w:r>
        <w:rPr>
          <w:b/>
        </w:rPr>
        <w:t>призывали армян всего мира объединить все свои силы для борьбы с фашизмом</w:t>
      </w:r>
      <w:r>
        <w:t>.</w:t>
      </w:r>
    </w:p>
    <w:p>
      <w:r>
        <w:rPr>
          <w:i/>
        </w:rPr>
        <w:t xml:space="preserve">«Дорогие друзья!, — </w:t>
      </w:r>
      <w:r>
        <w:t>говорилось в обращении</w:t>
      </w:r>
      <w:r>
        <w:rPr>
          <w:i/>
        </w:rPr>
        <w:t>, — в этот час, когда над нашей Родиной, над всем человечеством нависла грозная опасность, мы обращаемся к армянам всего мира, ко всем, кому дорого культурное наследие тысячелетий, для кого священны высокие идеалы свободы и гуманизма, ко всем, кто озабочен будущим человечества, кто любит свою подлинную Родину — объединить свои усилия, чтобы предотвратить возврат к средневековью, уничтожению мировой культуры, что несет с собой озверелый фашизм, заклятый враг всего человечества, науки и культуры»</w:t>
      </w:r>
      <w:r>
        <w:t>[4].</w:t>
      </w:r>
    </w:p>
    <w:p>
      <w:r>
        <w:t xml:space="preserve">Обращение подписали: </w:t>
      </w:r>
      <w:r>
        <w:rPr>
          <w:b/>
        </w:rPr>
        <w:t>Мартирос Сарьян, Аветик Исаакян, Вагарш Вагаршян, Иосиф Орбели, Айкануш Даниелян, Манук Абегян, Дерепик Демирчян, Акоп Манандян, Рачия Ачарян, Наири Зарян, Ара Саркисян</w:t>
      </w:r>
      <w:r>
        <w:t xml:space="preserve"> и другие патриоты-армяне.</w:t>
      </w:r>
    </w:p>
    <w:p>
      <w:r>
        <w:t xml:space="preserve">Одной из ярких страниц движения Сопротивления явилась героическая борьба трудящихся </w:t>
      </w:r>
      <w:r>
        <w:rPr>
          <w:b/>
        </w:rPr>
        <w:t>Польши</w:t>
      </w:r>
      <w:r>
        <w:t xml:space="preserve"> против гитлеровцев. Начиная с зимы 1941—1942 гг. в Польше действовало несколько боевых групп, в состав которых входили советские граждане, бежавшие из лагерей военнопленных [5]. В движении Сопротивления в Польше участвовали представители 34 народов, в том числе 17 государств Центральной, Западной и Южной Европы и 14 Советских Республик [6]. В мае 1942 г. в лагере военнопленных нерусских национальностей около Варшавы, в местечке Бениаминово, где фашистское командование формировало национальные батальоны, была создана антифашистская подпольная патриотическая организация (АППО), во главе которой стояло Центральное подпольное бюро, под руководством майора Советской Армии </w:t>
      </w:r>
      <w:r>
        <w:rPr>
          <w:b/>
        </w:rPr>
        <w:t>С. А. Ягджяна.</w:t>
      </w:r>
    </w:p>
    <w:p>
      <w:r>
        <w:t xml:space="preserve">В Центральное бюро входили: офицеры </w:t>
      </w:r>
      <w:r>
        <w:rPr>
          <w:b/>
        </w:rPr>
        <w:t>В. М. Вартанян, А. А. Казарян, Д. Е. Минасян, А. М. Карапетян, Б. К. Петросян и Л. М. Титанян.</w:t>
      </w:r>
      <w:r>
        <w:t xml:space="preserve"> В октябре 1942 г. часть пленных была переведена в Пулавы (Польша), где ЦБ приняло решение о занятии подпольщиками командных должностей в формируемых батальонах. АППО установила связь с польскими патриотами. Был разработан план совместного восстания, но оно не было осуществлено, т. к. лагерь в октябре 1943 т. был переведен во Францию (гор. Манд). Один батальон был переброшен в район оккупированного гитлеровцами Майкопа. Гестапо узнало о готовящемся в батальоне восстании и жестоко расправилось с подпольщиками. Другой батальон был направлен в район оккупированного Житомира, где в августе 1943 г. им было организовано восстание. Часть восставших прорвалась к партизанам.</w:t>
      </w:r>
    </w:p>
    <w:p>
      <w:r>
        <w:t xml:space="preserve">Подпольщики батальонов, переброшенных на запад в 1943 г., установили связь с французским движением Сопротивления и командованием союзников. В конце 1941 года в районе Влодави, южнее Бреста, действовала группа </w:t>
      </w:r>
      <w:r>
        <w:rPr>
          <w:b/>
        </w:rPr>
        <w:t>Михаила Петросяна</w:t>
      </w:r>
      <w:r>
        <w:t>. Лейтенант М. Петросян бежал из лагеря для военнопленных в Демблине осенью 1941 г. и установил связи с членами боевой крестьянской организации (БКО). В декабре 1941 г. он возглавил один из отрядов БКО в составе 20 человек. Партизаны БКО весной 1942 г. освободили несколько сел Влодавского повиата, выдворив патрули немецкой жандармерии. Летом 1942 г. партизанский отряд вошел в состав Гвардии Людовой. М. Петросян был назначен командиром роты соединения, которое сначала носило имя генерала Юзефа Бема, а позднее — Адама Мицкевича.</w:t>
      </w:r>
    </w:p>
    <w:p>
      <w:r>
        <w:t xml:space="preserve">Особо отличился он в бою в Парчевских лесах в декабре 1942 г. Его называли «Мишка из Армении». Погиб он в январе 1944 г. Одним из первых организаторов и командиров Гвардии Людовой в Люблинском повиате был майор Советской Армии </w:t>
      </w:r>
      <w:r>
        <w:rPr>
          <w:b/>
        </w:rPr>
        <w:t>Сергей Курсугян</w:t>
      </w:r>
      <w:r>
        <w:t xml:space="preserve"> [7], известный под псевдонимом «Серго». Более года гвардейцы Курсугяна успешно действовали под Люблиным. «Серго» геройски погиб в бою с гестаповцами 16 октября 1943 г. В феврале 1943 г. в районе Хотче сформировался партизанский отряд под командованием Янека Ковалинка, после смерти которого отрядом командовал старший лейтенант Советской Армии</w:t>
      </w:r>
      <w:r>
        <w:rPr>
          <w:b/>
        </w:rPr>
        <w:t xml:space="preserve"> Г. Туманян</w:t>
      </w:r>
      <w:r>
        <w:t xml:space="preserve"> под кличкой «Хенек».</w:t>
      </w:r>
    </w:p>
    <w:p>
      <w:r>
        <w:t>30 апреля гвардейцы отряда Г. Туманяна разрушили железнодорожную станцию в Гарбатке под Радомом. В мае они атаковали полицейские посты и освободили заключенных лагеря для молодежи в Церелеве, в повиате Илже. В июне у реки Струга, в Ниже, отряд вступил в жестокий бой с жандармами. После сражения партизаны Хенека отступили на восток и 18 июля вместе с другими отрядами взяли городок Солед на Висле. 8 августа 1943 г. Г. А. Туманян геройски погиб [8]. В окрестностях Минска-Мазовецкого, Гарволина и Лемблина успешно действовал отряд капитана Советской Армии, армянина Петра под кличкой «Финансов». В этом отряде сражались поляки, армяне, грузины, азербайджанцы, русские, евреи. Финансов погиб в марте 1943 г. под селом Побратимы.</w:t>
      </w:r>
    </w:p>
    <w:p>
      <w:r>
        <w:t xml:space="preserve">На баррикадах Варшавского восстания сражались старший лейтенант </w:t>
      </w:r>
      <w:r>
        <w:rPr>
          <w:b/>
        </w:rPr>
        <w:t>Аркадий Матосян</w:t>
      </w:r>
      <w:r>
        <w:t xml:space="preserve">, младший лейтенант </w:t>
      </w:r>
      <w:r>
        <w:rPr>
          <w:b/>
        </w:rPr>
        <w:t>Рубен Малхасян, Семен Михайлович Мдинарадзе, Ирина Схиртладзе</w:t>
      </w:r>
      <w:r>
        <w:t xml:space="preserve"> и другие [9]. Аркадий Абрамович Матосян — национальный герой Польши — был награжден Золотым Крестом за мужество, проявленное в борьбе против фашизма в годы второй мировой войны. Будучи офицером Советской Армии, в начале войны Матосян оказался в фашистском плену, откуда ему удалось бежать к польским партизанам. Здесь он стал бойцом партизанского соединения им. Ванды Василевской. За проявленное геройство Матосян был назначен командиром одного из отрядов этого соединения. Сто тысяч злотых за живого и 50 тысяч за убитого польского партизана «Жука» (так называли в то время Матосяна) обещали фашисты тому, кто поймает его или доставит мертвым.</w:t>
      </w:r>
    </w:p>
    <w:p>
      <w:r>
        <w:t xml:space="preserve">В партизанском соединении </w:t>
      </w:r>
      <w:r>
        <w:rPr>
          <w:b/>
        </w:rPr>
        <w:t>им. В. Василевской</w:t>
      </w:r>
      <w:r>
        <w:t xml:space="preserve"> сражались Рубен Малхасян, </w:t>
      </w:r>
      <w:r>
        <w:rPr>
          <w:b/>
        </w:rPr>
        <w:t>Арарат Степанян</w:t>
      </w:r>
      <w:r>
        <w:t xml:space="preserve"> и другие. А. Степанян был разведчиком, участвовал в операции по захвату и уничтожению фашистского аэродрома у польского поселка Твущ, где и погиб. Р. Малхасян в бою за Варшаву преградил своим телом дорогу немецкому танку. Активным участником польского движения Сопротивления был М.С.Степанян. В годы первой мировой войны он служил в частях Кавказской армии, вел революционную работу в Армении и Иране.</w:t>
      </w:r>
    </w:p>
    <w:p>
      <w:r>
        <w:t>В 30-х годах Степанян работал врачом в Эчмиадзине. С начала Великой Отечественной войны Степанян находился в действующей армии.</w:t>
      </w:r>
    </w:p>
    <w:p>
      <w:r>
        <w:rPr>
          <w:i/>
        </w:rPr>
        <w:t>«В январе 1942 года, — пишет Степанян в автобиографии, — оправившись после контузии, был назначен старшим врачом 89 ПАХ 25 Чапаевской дивизии. 4 июня 1942 г. сильно контуженным был пленен и отправлен в Бахчисарай, в лагерь для военнопленных, откуда вскоре был переведен в Белую Церковь В этих лагерях как врач оказывал медицинскую помощь больным и раненым военнопленным. За участие в лагерной подпольной организации был приговорен к расстрелу, но 15 ноября 1943 г. во время следования на расстрел совершил побег и попал к польским партизанам.</w:t>
      </w:r>
    </w:p>
    <w:p>
      <w:r>
        <w:rPr>
          <w:i/>
        </w:rPr>
        <w:t xml:space="preserve">По приказу партизанского центра 20 декабря 1944 года группа партизан перешла фронт у Лаговского плацдарма, где я был назначен врачом эвако-госпиталя № 1692». </w:t>
      </w:r>
      <w:r>
        <w:t>(Автобиография хранится в личном архиве автора статьи — прим.ред.)</w:t>
      </w:r>
    </w:p>
    <w:p/>
    <w:p>
      <w:r>
        <w:rPr>
          <w:b/>
          <w:color w:val="FF0000"/>
        </w:rPr>
        <w:t>Ошибка при загрузке изображения</w:t>
      </w:r>
    </w:p>
    <w:p>
      <w:r>
        <w:t xml:space="preserve">С начала 1944 г. многие кавказцы сражались в Польше против гитлеровцев в составе отдельных соединений советских партизан — </w:t>
      </w:r>
      <w:r>
        <w:rPr>
          <w:b/>
        </w:rPr>
        <w:t>С. А. Ковпака, А. Ф. Федорова, М. И. Наумова</w:t>
      </w:r>
      <w:r>
        <w:t xml:space="preserve"> и др. Вместе с польскими патриотами они развернули активную деятельность в лесных массивах Люблинского и Келецкого воеводств [10]. Десятки тысяч советских граждан приняли активное участие в антифашистском движении Сопротивления народов </w:t>
      </w:r>
      <w:r>
        <w:rPr>
          <w:b/>
        </w:rPr>
        <w:t>Западной Европы</w:t>
      </w:r>
      <w:r>
        <w:t xml:space="preserve"> — Франции, Бельгии, Италии, Греции, Норвегии, Германии.</w:t>
      </w:r>
    </w:p>
    <w:p>
      <w:r>
        <w:t>Несколько тысяч советских граждан и многочисленные группы трудящихся иммигрантов вместе со свободолюбивым французским народом развернули освободительную борьбу на французской земле.</w:t>
      </w:r>
    </w:p>
    <w:p>
      <w:r>
        <w:rPr>
          <w:i/>
        </w:rPr>
        <w:t xml:space="preserve">«Нельзя писать историю освобождения </w:t>
      </w:r>
      <w:r>
        <w:rPr>
          <w:b/>
          <w:i/>
        </w:rPr>
        <w:t>Франции</w:t>
      </w:r>
      <w:r>
        <w:rPr>
          <w:i/>
        </w:rPr>
        <w:t xml:space="preserve"> от гитлеровских орд</w:t>
      </w:r>
      <w:r>
        <w:t xml:space="preserve">,— писал активный участник французского движения Сопротивления </w:t>
      </w:r>
      <w:r>
        <w:rPr>
          <w:b/>
        </w:rPr>
        <w:t>Гастон Ларош</w:t>
      </w:r>
      <w:r>
        <w:t xml:space="preserve">, — </w:t>
      </w:r>
      <w:r>
        <w:rPr>
          <w:i/>
        </w:rPr>
        <w:t xml:space="preserve">не рассказав о </w:t>
      </w:r>
      <w:r>
        <w:rPr>
          <w:b/>
          <w:i/>
        </w:rPr>
        <w:t>советских людях</w:t>
      </w:r>
      <w:r>
        <w:rPr>
          <w:i/>
        </w:rPr>
        <w:t>, которые бок о бок с французами участвовали в борьбе»</w:t>
      </w:r>
      <w:r>
        <w:t xml:space="preserve"> [11].</w:t>
      </w:r>
    </w:p>
    <w:p>
      <w:r>
        <w:t xml:space="preserve">Полковник Гастон Ларош в 1965 г. выпустил во Франции книгу </w:t>
      </w:r>
      <w:r>
        <w:rPr>
          <w:i/>
        </w:rPr>
        <w:t>«Их называли иностранцами»</w:t>
      </w:r>
      <w:r>
        <w:t>, посвященную не принадлежавшим к французской нации участникам движения Сопротивления. Особое место в этой книге уделено советским людям, офицерам и солдатам Красной Армии, бежавшим из немецких лагерей во Францию и вступившим в ряды Сопротивления.</w:t>
      </w:r>
    </w:p>
    <w:p>
      <w:pPr>
        <w:pStyle w:val="IntenseQuote"/>
      </w:pPr>
    </w:p>
    <w:p>
      <w:r>
        <w:rPr>
          <w:i/>
        </w:rPr>
        <w:t xml:space="preserve">«Первые подпольные организации советских военнопленных, — </w:t>
      </w:r>
      <w:r>
        <w:t>пишет Г. Ларош</w:t>
      </w:r>
      <w:r>
        <w:rPr>
          <w:i/>
        </w:rPr>
        <w:t xml:space="preserve">, — были созданы в начале октября 1942 г. в лагере Бомон-на Артуа (Па-де-Кале). Они назывались «Группы советских патриотов» (12). Неотъемлемую часть общего национально-освободительного движения французского народа против гитлеровских оккупантов составляет участие наиболее передовой, патриотически настроенной части армянской колонии Южной и Центральной Франции, возглавляемой Армянской секцией коммунистической партии Франции. «В боевой деятельности этой секции КПФ, — отмечает Т. Дрампян, — важное место занимала работа по разложению т. н. «Армянского национального легиона», дислоцированного на средиземноморском побережье и в южных департаментах Франции» </w:t>
      </w:r>
      <w:r>
        <w:t>[13].</w:t>
      </w:r>
    </w:p>
    <w:p>
      <w:r>
        <w:t xml:space="preserve">Во Франции, на берегу реки По, в городе Манд департамента Ловер находился лагерь советских военнопленных, в основном армян. Первые подразделения </w:t>
      </w:r>
      <w:r>
        <w:rPr>
          <w:b/>
        </w:rPr>
        <w:t>«Армянского легиона»</w:t>
      </w:r>
      <w:r>
        <w:t xml:space="preserve"> прибыли в Южную Францию осенью 1943 г., где германское командование безуспешно пыталось использоать их в борьбе против Советской Армии и партизан [14]. В этом лагере сформировался первый советский партизанский полк во Франции, начало которого положила подпольная антифашистская организация лагеря, которую возглавили военнопленные </w:t>
      </w:r>
      <w:r>
        <w:rPr>
          <w:b/>
        </w:rPr>
        <w:t>Акоп Акопян</w:t>
      </w:r>
      <w:r>
        <w:t xml:space="preserve"> и </w:t>
      </w:r>
      <w:r>
        <w:rPr>
          <w:b/>
        </w:rPr>
        <w:t>Георгий Акопджанян</w:t>
      </w:r>
      <w:r>
        <w:t>.</w:t>
      </w:r>
    </w:p>
    <w:p>
      <w:r>
        <w:t>При попытке к бегству из лагеря они были расстреляны.</w:t>
      </w:r>
      <w:r>
        <w:rPr>
          <w:b/>
        </w:rPr>
        <w:t xml:space="preserve"> Тысячи армянских семей Франции укрывали в своих домах партизан — вольных стрелков.</w:t>
      </w:r>
      <w:r>
        <w:t xml:space="preserve"> Им послужила примером армянская патриотка из </w:t>
      </w:r>
      <w:r>
        <w:rPr>
          <w:b/>
        </w:rPr>
        <w:t>Марселя Перчуи Овсепян</w:t>
      </w:r>
      <w:r>
        <w:t xml:space="preserve">. Ещё с 1942 г. в районе Парижа активно действовали интернационально-партизанские отряды </w:t>
      </w:r>
      <w:r>
        <w:rPr>
          <w:b/>
        </w:rPr>
        <w:t>«Сталинград», «Чапаев», «Виктор Гюго», «Свобода»</w:t>
      </w:r>
      <w:r>
        <w:t xml:space="preserve">, под командованием члена французской компартии, писателя-борца </w:t>
      </w:r>
      <w:hyperlink r:id="rId11">
        <w:r>
          <w:rPr>
            <w:color w:val="0000FF"/>
            <w:u w:val="single"/>
          </w:rPr>
          <w:t>Мисака Манушяна</w:t>
        </w:r>
      </w:hyperlink>
      <w:r>
        <w:t>.</w:t>
      </w:r>
    </w:p>
    <w:p/>
    <w:p>
      <w:r>
        <w:rPr>
          <w:b/>
          <w:color w:val="FF0000"/>
        </w:rPr>
        <w:t>Ошибка при загрузке изображения</w:t>
      </w:r>
    </w:p>
    <w:p>
      <w:r>
        <w:t xml:space="preserve">Бойцы этого отряда в июле 1943 г. убили гитлеровского коменданта Парижа генерала фон Шаумбурга, а через несколько месяцев — уполномоченного по использованию рабочей силы штандартенфюрера фон Риттера. Фашистам удалось схватить патриотов. 21 февраля 1944 г. у стен форта Мон-Валерье Манушян и его 22 боевых соратника были расстреляны. Среди них был </w:t>
      </w:r>
      <w:r>
        <w:rPr>
          <w:b/>
        </w:rPr>
        <w:t>Арбен (Арменак Манукян)</w:t>
      </w:r>
      <w:r>
        <w:t xml:space="preserve"> из армянского села Азаташен, участник Бакинской коммуны 1918 г. Парижане знали его под именем «Андре» [15].</w:t>
      </w:r>
    </w:p>
    <w:p>
      <w:r>
        <w:t>Мисаку Манушяну посмертно было присвоено высокое звание национального героя Франции. В течение 1943 г. из лагерей Франции бежали сотни советских людей и вместе с французами и самостоятельно организовывали партизанские отряды и группы. Они действовали под руководством французской компартии.</w:t>
      </w:r>
    </w:p>
    <w:p>
      <w:r>
        <w:rPr>
          <w:b/>
          <w:color w:val="FF0000"/>
        </w:rPr>
        <w:t>Ошибка при загрузке изображения</w:t>
      </w:r>
    </w:p>
    <w:p>
      <w:r>
        <w:rPr>
          <w:i/>
        </w:rPr>
        <w:t xml:space="preserve">Бойцы Сопротивления. Третий слева — Мисак Манушян. </w:t>
      </w:r>
    </w:p>
    <w:p>
      <w:r>
        <w:t xml:space="preserve">В районах Мобежа, Реймса и Базагура сражалась группа под командованием лейтенанта </w:t>
      </w:r>
      <w:r>
        <w:rPr>
          <w:b/>
        </w:rPr>
        <w:t>Александра Карповича Стамбулцяна</w:t>
      </w:r>
      <w:r>
        <w:t xml:space="preserve"> («Стамбулов»). Группа организовала несколько успешных диверсий на железной дороге. В апреле 1943 г. А. Стамбулцян и его боевые друзья были арестованы и подвергнуты жестоким пыткам. Но, находясь в трудовом лагере, они продолжали подрывную работу и в мае 1944 г. организовали массовый побег узников лагеря. После побега Стамбулцян сражался в партизанской группе, действовавшей в Нувьенском лесу. Он принял участие в 30 боевых операциях, в ходе которых было убито более ста гитлеровцев и подорвано десять вражеских эшелонов.</w:t>
      </w:r>
    </w:p>
    <w:p>
      <w:r>
        <w:rPr>
          <w:b/>
          <w:color w:val="FF0000"/>
        </w:rPr>
        <w:t>Ошибка при загрузке изображения</w:t>
      </w:r>
    </w:p>
    <w:p>
      <w:r>
        <w:rPr>
          <w:i/>
        </w:rPr>
        <w:t>Бойцы отряда «Сталинград»</w:t>
      </w:r>
    </w:p>
    <w:p>
      <w:r>
        <w:rPr>
          <w:b/>
          <w:color w:val="FF0000"/>
        </w:rPr>
        <w:t>Ошибка при загрузке изображения</w:t>
      </w:r>
    </w:p>
    <w:p>
      <w:r>
        <w:rPr>
          <w:i/>
        </w:rPr>
        <w:t>Знамя отряда «Сталинград»</w:t>
      </w:r>
    </w:p>
    <w:p>
      <w:r>
        <w:t xml:space="preserve">В 1944 г. во французском городе Манд активно действовал Военный комитет по разложению «Армянского Легиона». Членами его были </w:t>
      </w:r>
      <w:r>
        <w:rPr>
          <w:b/>
        </w:rPr>
        <w:t>Степан Ягджян, Александр Казарян, Бардух Петросян, Левон Титанян, Давид Минасян, Карапет Тертерьян.</w:t>
      </w:r>
      <w:r>
        <w:t xml:space="preserve"> С комитетом установили связь представители французского движения Сопротивления (Резистан). Было принято решение об организации восстания «Армянского легиона». В начале июля план был подготовлен и утвержден Резистаном. Одним из активных организаторов французского движения Сопротивления на юге Франции, подполковник </w:t>
      </w:r>
      <w:r>
        <w:rPr>
          <w:b/>
        </w:rPr>
        <w:t>Ропер</w:t>
      </w:r>
      <w:r>
        <w:t xml:space="preserve"> об этом писал:</w:t>
      </w:r>
    </w:p>
    <w:p>
      <w:pPr>
        <w:pStyle w:val="IntenseQuote"/>
      </w:pPr>
    </w:p>
    <w:p>
      <w:r>
        <w:rPr>
          <w:i/>
        </w:rPr>
        <w:t>«В конце июля наш план был успешно выполнен и 412 армянских воинов-военнопленных были объединены с нашими отрядами. Немцы начали карательные действия, окружив оставшихся армянских бойцов, обезоружили их. Они расстреляли четверых, а 12 человек отправили в концлагеря. 20 августа немецкое командование под усиленной охраной отправило в Германию оставшихся в Манде армян. В районе Вильфора отряд армянских бойцов под командованием Оганджаняна и политического комиссара Левона Титаняна напал на охрану и освободил 517 армян, которые, соединившись с ними, начали действовать совместно. Этот отряд под командованием Казаряна, сотника Петросяна и комиссара Титаняна участвовал в освобождении и обороне городов Пон-де-Монвер, Колет-до-Дез, Флорак, Вильфор, Женолак, Алис и Ним… Армянские воины во всех этих сражениях показали высокий боевой дух и проявили себя ярыми врагами немецкого фашизма»</w:t>
      </w:r>
      <w:r>
        <w:t xml:space="preserve"> [16].</w:t>
      </w:r>
    </w:p>
    <w:p>
      <w:r>
        <w:t xml:space="preserve">О героической борьбе армянского подразделения капитана </w:t>
      </w:r>
      <w:r>
        <w:rPr>
          <w:b/>
        </w:rPr>
        <w:t>Бардуха Петросяна</w:t>
      </w:r>
      <w:r>
        <w:t xml:space="preserve"> за освобождение французского города Ла Кальмет в августе 1944 г. мэр города Марил Роже писал:</w:t>
      </w:r>
    </w:p>
    <w:p>
      <w:pPr>
        <w:pStyle w:val="IntenseQuote"/>
      </w:pPr>
    </w:p>
    <w:p>
      <w:r>
        <w:rPr>
          <w:i/>
        </w:rPr>
        <w:t>«… Воинская часть под командованием капитана Петросяна с 24 по 29 августа 1944 г. героически защищала жителей г. Ла Кальмет и отразила нападение на городок колонны численностью примерно 15—20 тыс. человек. Население города наблюдало героическую борьбу этой роты против немцев, которые численно превосходили армянские подразделения более чем в 100 раз. Армянская часть боролась мужественно и с большим самообладанием»</w:t>
      </w:r>
      <w:r>
        <w:t xml:space="preserve"> [17].</w:t>
      </w:r>
    </w:p>
    <w:p>
      <w:r>
        <w:t xml:space="preserve">В начале сентября 1944 года на базе армянских партизанских отрядов в г. Ним сформировался первый советский партизанский полк, командиром которого был назначен майор Александр Казарян, комиссаром — </w:t>
      </w:r>
      <w:r>
        <w:rPr>
          <w:b/>
        </w:rPr>
        <w:t>Левон Титанян</w:t>
      </w:r>
      <w:r>
        <w:t xml:space="preserve">, заместителями — </w:t>
      </w:r>
      <w:r>
        <w:rPr>
          <w:b/>
        </w:rPr>
        <w:t>Б. Петросян и С. Ягджян</w:t>
      </w:r>
      <w:r>
        <w:t xml:space="preserve">, начальником штаба — Давид Минасян (18). В августе 1944 г. выходившая во Франции в нелегальных условиях армянская газета </w:t>
      </w:r>
      <w:r>
        <w:rPr>
          <w:b/>
        </w:rPr>
        <w:t>«Азатутюн» («Свобода»)</w:t>
      </w:r>
      <w:r>
        <w:t xml:space="preserve"> писала:</w:t>
      </w:r>
    </w:p>
    <w:p>
      <w:pPr>
        <w:pStyle w:val="IntenseQuote"/>
      </w:pPr>
    </w:p>
    <w:p>
      <w:r>
        <w:rPr>
          <w:i/>
        </w:rPr>
        <w:t>«Армяне Франции, издавна проживая в этой стране, обладают общей с французским народом судьбой и целями. Судьба, которую сегодня мы разделяем с сынами страны — с ее лишениями и опасностью, невзгодами и горем, — самое яркое доказательство этого. Завтрашняя судьба нашей колонии непосредственно связана с освобождением Франции и обязывает нас быть бдительными и отважными. Вот почему наша колония и Национальный Фронт, армяне Франции, участвуя в освобождении Франции, тем самым защищают свои подлинные интересы»</w:t>
      </w:r>
      <w:r>
        <w:t xml:space="preserve"> [19].</w:t>
      </w:r>
    </w:p>
    <w:p>
      <w:r>
        <w:t xml:space="preserve">Одним из активных защитников этих интересов был </w:t>
      </w:r>
      <w:r>
        <w:rPr>
          <w:b/>
        </w:rPr>
        <w:t>Мигран Мавьян</w:t>
      </w:r>
      <w:r>
        <w:t xml:space="preserve">, написавший книгу под заглавием «Из преисподней» — обличительный рассказ о гитлеровских концлагерях «Освенцима», «Бухенвальда», «Флосенбурга», узником которых был он сам. Их было 1800 человек, представителей всех слоев населения Франции, богатые, бедные, старые, молодые коммунисты, социал-демократы, баптисты, католики, неверующие, «беспартийные» патриоты. Семья Мавьяна стала жертвой турецкой резни. Чудом спасшийся Мавьян уезжает во Францию, в Марсель, где принимает активное участие в жизни армянской колонии. В годы оккупации Парижа Мавьян стал одним из организаторов армянского движения Сопротивления. В концентрационном лагере </w:t>
      </w:r>
      <w:r>
        <w:rPr>
          <w:b/>
        </w:rPr>
        <w:t>«Флосенбург»</w:t>
      </w:r>
      <w:r>
        <w:t>, силами советских военнопленных, была создана подпольная организация.</w:t>
      </w:r>
    </w:p>
    <w:p>
      <w:r>
        <w:t xml:space="preserve">Мавьян стал активным членом подполья. Много боевых подвигов совершил участник движения Сопротивления, лейтенант Советской Армии </w:t>
      </w:r>
      <w:r>
        <w:rPr>
          <w:b/>
        </w:rPr>
        <w:t>Б. Мкртчян</w:t>
      </w:r>
      <w:r>
        <w:t>, который был награжден французскими орденами «Боевого Креста», «Военного Креста», медалью «За освобождение Франции».</w:t>
      </w:r>
    </w:p>
    <w:p>
      <w:r>
        <w:rPr>
          <w:i/>
        </w:rPr>
        <w:t>«Армянский народ</w:t>
      </w:r>
      <w:r>
        <w:t xml:space="preserve">, — писал Жак Дюкло, — </w:t>
      </w:r>
      <w:r>
        <w:rPr>
          <w:i/>
        </w:rPr>
        <w:t>вправе гордиться героями группы Манушяна, которые, продолжая во Франции борьбу Славной Армии и народов Советского Союза против фашизма, отдали свою жизнь за свободу народов… Память о Манушяне и его боевых товарищах живет и будет жить в сердце рабочего класса Франции. Их славный подвиг не будет забыт, и мы можем сказать этим героям вместе с нашим великим писателем Виктором Гюго: «Мертвые, как живые, участвуют в наших боях»»</w:t>
      </w:r>
      <w:r>
        <w:t xml:space="preserve"> [20].</w:t>
      </w:r>
    </w:p>
    <w:p>
      <w:r>
        <w:rPr>
          <w:b/>
          <w:color w:val="FF0000"/>
        </w:rPr>
        <w:t>Ошибка при загрузке изображения</w:t>
      </w:r>
    </w:p>
    <w:p>
      <w:r>
        <w:rPr>
          <w:i/>
        </w:rPr>
        <w:t>Участники французского сопротивления</w:t>
      </w:r>
    </w:p>
    <w:p>
      <w:r>
        <w:t xml:space="preserve">Армяне вписали немало славных страниц в историю борьбы советских партизан, действовавших в </w:t>
      </w:r>
      <w:r>
        <w:rPr>
          <w:b/>
        </w:rPr>
        <w:t>Чехословакии</w:t>
      </w:r>
      <w:r>
        <w:t xml:space="preserve"> в 1944—1945 гг. В середине июня 1944 г. в Словакию были заброшены первые партизанские группы. С первых же дней пребывания на территории Чехословакии группам удалось сравнительно легко установить связь с патриотическими организациями, которые оказывали им большую помощь, с одной стороны, тем, что посылали им бойцов, а с другой—связав их с населением, поставляли оружие и продовольствие. 16 октября 1944 г. в район г. Лоуны, северо-западнее Праги, прибыла десантная группа во главе с поручиком Василием Кищ.</w:t>
      </w:r>
    </w:p>
    <w:p>
      <w:r>
        <w:t xml:space="preserve">В составе группы находился также </w:t>
      </w:r>
      <w:r>
        <w:rPr>
          <w:b/>
        </w:rPr>
        <w:t>Артем Петросян</w:t>
      </w:r>
      <w:r>
        <w:t xml:space="preserve">. Артем Петросян был родом из </w:t>
      </w:r>
      <w:r>
        <w:rPr>
          <w:b/>
        </w:rPr>
        <w:t>Ленинакана</w:t>
      </w:r>
      <w:r>
        <w:t>, откуда в 1939 г. был призван в армию. В сентябре 1941 г., будучи раненым, Петросян попал в плен. Вскоре он бежал из плена и присоединился к партизанскому отряду А. Графчака. В сентябре 1944 г. в составе десантной группы Петросян был отправлен в Чехословакию. Участвовал в диверсионных действиях Г. Мельника в районе Чешско-Мороских гор. Будучи руководителем диверсионной группы и заместителем командира отряда, он был награжден орденами Красной Звезды и чехословацким орденом Военного Креста. Скончался в Ленинакане в 1949 году [21].</w:t>
      </w:r>
    </w:p>
    <w:p>
      <w:r>
        <w:t xml:space="preserve">Известны подвиги героев чехословацкого Сопротивления </w:t>
      </w:r>
      <w:r>
        <w:rPr>
          <w:b/>
        </w:rPr>
        <w:t>А. Оганисяна, А. Иликчяна, В. Варданяна, Р. Даниеляна, А. Бабаяна</w:t>
      </w:r>
      <w:r>
        <w:t xml:space="preserve"> и других, о которых много говорилось на страницах советской и чехословацкой печати [22].</w:t>
      </w:r>
    </w:p>
    <w:p>
      <w:r>
        <w:t xml:space="preserve">Армяне внесли свой вклад и в освободительную борьбу народов </w:t>
      </w:r>
      <w:r>
        <w:rPr>
          <w:b/>
        </w:rPr>
        <w:t>Югославии</w:t>
      </w:r>
      <w:r>
        <w:t xml:space="preserve">. В числе героев под командованием </w:t>
      </w:r>
      <w:r>
        <w:rPr>
          <w:b/>
        </w:rPr>
        <w:t>А. И.. Долинина</w:t>
      </w:r>
      <w:r>
        <w:t xml:space="preserve"> прославились разведчик </w:t>
      </w:r>
      <w:r>
        <w:rPr>
          <w:b/>
        </w:rPr>
        <w:t>Григорий Мирзоев и Гурген Асриевич Агаджанян (Гриша)</w:t>
      </w:r>
      <w:r>
        <w:t>.</w:t>
      </w:r>
    </w:p>
    <w:p>
      <w:r>
        <w:t xml:space="preserve">Патриоты-армяне вписали немало славных страниц в историю </w:t>
      </w:r>
      <w:r>
        <w:rPr>
          <w:b/>
        </w:rPr>
        <w:t>итальянского движения Сопротивления</w:t>
      </w:r>
      <w:r>
        <w:t xml:space="preserve">, в котором сражалось до 5.000 советских граждан-военнопленных и гражданских лиц, привезенных гитлеровцами в 1943 г. в оккупированную ими Италию для строительства оборонительных сооружений и других работ. Итальянская правительственная газета «Газета Уффичиани» 19 июня 1957 г. опубликовала декрет о посмертном награждении </w:t>
      </w:r>
      <w:r>
        <w:rPr>
          <w:b/>
        </w:rPr>
        <w:t>Геворга Колезяна</w:t>
      </w:r>
      <w:r>
        <w:t xml:space="preserve"> «Бронзовой медалью за военную доблесть». </w:t>
      </w:r>
      <w:r>
        <w:rPr>
          <w:i/>
        </w:rPr>
        <w:t>«…Доблестный борец за свободу</w:t>
      </w:r>
      <w:r>
        <w:t xml:space="preserve">, — говорилось в декрете, — </w:t>
      </w:r>
      <w:r>
        <w:rPr>
          <w:i/>
        </w:rPr>
        <w:t>всегда находившийся в первых рядах во всех боевых операциях… был постоянным примером для своих товарищей по борьбе. Во время одного из боев, после того, как он уничтожил двух солдат противника и захватил в плен еще троих, Георгий Колезян геройски погиб на поле боя, бросившись на вражеский пулемет… Это произошло в районе Джерфалько-ле Карлине 25 июня 1944 года»</w:t>
      </w:r>
      <w:r>
        <w:t>.[23]</w:t>
      </w:r>
    </w:p>
    <w:p>
      <w:r>
        <w:rPr>
          <w:b/>
          <w:color w:val="FF0000"/>
        </w:rPr>
        <w:t>Ошибка при загрузке изображения</w:t>
      </w:r>
    </w:p>
    <w:p>
      <w:r>
        <w:rPr>
          <w:i/>
        </w:rPr>
        <w:t>Одно из наиболее многочисленных и активных партизанских движений против фашизма развернулось в годы Второй мировой войны на территории Италии</w:t>
      </w:r>
    </w:p>
    <w:p>
      <w:r>
        <w:t xml:space="preserve">В книге «Гарибальдийская бригада «Синитания» записано имя </w:t>
      </w:r>
      <w:r>
        <w:rPr>
          <w:b/>
        </w:rPr>
        <w:t>Сурена Киракосяна</w:t>
      </w:r>
      <w:r>
        <w:t xml:space="preserve">, который пал в бою у Монтемаджи 21 июля 1944 года. В Лигурии хорошо было известно имя бежавшего из плена с 28 своими товарищами Бабашяна, ставшего комиссаром партизанского подразделения [24]. Медалью «За военную доблесть» посмертно был награжден </w:t>
      </w:r>
      <w:r>
        <w:rPr>
          <w:b/>
        </w:rPr>
        <w:t>Мкртыч Даштоян</w:t>
      </w:r>
      <w:r>
        <w:t>, советский партизан из Нор Баязета, погибший в провинции Брешиа. В начале войны он вместе с братом Багратом ушел на фронт. В Крыму оба попали в плен. Их отправили в итальянский город Брешиа. Через несколько месяцев они совершили побег и перешли в партизанскую бригаду, которой командовал «Нико».</w:t>
      </w:r>
    </w:p>
    <w:p>
      <w:r>
        <w:t xml:space="preserve">Братья Даштоян, Айказ Агаджанян вместе с другими партизанами участвовали во многих операциях. По поводу награждения Мкртыча Даштояна партизанская газета «Партия индепендента» отмечала, что это второй случай, когда итальянское правительство награждает советского партизана [25]. Из армянских партизан на итальянской земле сражались </w:t>
      </w:r>
      <w:r>
        <w:rPr>
          <w:b/>
        </w:rPr>
        <w:t>Мхитар Григорян, Сисак Калашян, Вардап из Артика</w:t>
      </w:r>
      <w:r>
        <w:t xml:space="preserve"> и другие.</w:t>
      </w:r>
    </w:p>
    <w:p>
      <w:r>
        <w:t xml:space="preserve">Многие армяне приняли активное участие в освободительной борьбе </w:t>
      </w:r>
      <w:r>
        <w:rPr>
          <w:b/>
        </w:rPr>
        <w:t>болгарского народа</w:t>
      </w:r>
      <w:r>
        <w:t xml:space="preserve">. Летом 1944 г. армянский воин </w:t>
      </w:r>
      <w:r>
        <w:rPr>
          <w:b/>
        </w:rPr>
        <w:t>Агаси Акопян («Гриша»)</w:t>
      </w:r>
      <w:r>
        <w:t xml:space="preserve"> с помощью болгарских патриотов был освобожден из гитлеровского плена и переправлен в царибродский партизанский отряд имени </w:t>
      </w:r>
      <w:r>
        <w:rPr>
          <w:b/>
        </w:rPr>
        <w:t>Момчила Воеводы</w:t>
      </w:r>
      <w:r>
        <w:t>. Накануне вооруженного восстания болгарских трудящихся в сентябре 1944 г. вместе с партизанской группой вступил в царибродскую партизанскую бригаду и принял участие в боях против гитлеровцев на территории Югославии. Он особо отличился в боях за освобождение города Ниш и был назначен заместителем командира сформированной в это время 1-й Сербской артиллерийской бригады [26].</w:t>
      </w:r>
    </w:p>
    <w:p>
      <w:r>
        <w:t xml:space="preserve">За освобождение Болгарии от гитлеровцев отважно сражался </w:t>
      </w:r>
      <w:r>
        <w:rPr>
          <w:b/>
        </w:rPr>
        <w:t>Артем Погосян</w:t>
      </w:r>
      <w:r>
        <w:t>. В мае 1944 года фашисты арестовали его и зверски убили. Об этом сохранилась следующая архивная справка в Госархиве в Варне. В архиве Союза борцов против фашизма — в списке участников антифашистской борьбы, представленных к награждению орденом «Народная свобода», значится фамилия Арутюна Погосяна. О чем имеются следующие сведения:</w:t>
      </w:r>
    </w:p>
    <w:p>
      <w:pPr>
        <w:pStyle w:val="IntenseQuote"/>
      </w:pPr>
    </w:p>
    <w:p>
      <w:r>
        <w:rPr>
          <w:i/>
        </w:rPr>
        <w:t xml:space="preserve">«Родился в Турции… Нашел убежище в Болгарии… В 1935 году арестован в связи с раскрытием окружного комитета РП. После 10-месячного тюремного заключения освобожден. В 1943 году сослан в Брезник. 29 мая 1944 года снова арестован и 1 июня после зверских истязаний убит и брошен в море» </w:t>
      </w:r>
      <w:r>
        <w:t>[27]</w:t>
      </w:r>
      <w:r>
        <w:rPr>
          <w:i/>
        </w:rPr>
        <w:t>.</w:t>
      </w:r>
    </w:p>
    <w:p>
      <w:r>
        <w:t xml:space="preserve">В болгарском движении Сопротивления и в борьбе против фашизма активное участие принимало много армян, проживающих в Болгарии: </w:t>
      </w:r>
      <w:r>
        <w:rPr>
          <w:b/>
        </w:rPr>
        <w:t>Арменак Тагворян, Карапет Хачатрян, Оган Бостанджян, Давид Давидян, Саркис Степанян, Геворг Демирчян, Карапет Микаелян, Оганес Баклаваджян, Каро Чингозян, Зограб Касабян, Арам Марукян, Агавни Башмакжян, Антуан Дюргерян, Саркис Айанян, Тиран Барикян, Каро и Акоп Маркаряны, Геворг Акопян, Степан Тандрьян, Манук Карагезян</w:t>
      </w:r>
      <w:r>
        <w:t xml:space="preserve"> и др [28].</w:t>
      </w:r>
    </w:p>
    <w:p>
      <w:r>
        <w:t xml:space="preserve">В 1943 г. родившаяся в Софии армянка </w:t>
      </w:r>
      <w:r>
        <w:rPr>
          <w:b/>
        </w:rPr>
        <w:t>Эрмине Разгреглян</w:t>
      </w:r>
      <w:r>
        <w:t xml:space="preserve"> вступила в болгарский партизанский отряд </w:t>
      </w:r>
      <w:r>
        <w:rPr>
          <w:b/>
        </w:rPr>
        <w:t>«Чавдар»</w:t>
      </w:r>
      <w:r>
        <w:t xml:space="preserve"> и самоотверженно сражалась с фашистами. Однажды после боя в горах она была схвачена палачами. Перед смертью она писала матери:</w:t>
      </w:r>
    </w:p>
    <w:p>
      <w:pPr>
        <w:pStyle w:val="IntenseQuote"/>
      </w:pPr>
    </w:p>
    <w:p>
      <w:r>
        <w:rPr>
          <w:i/>
        </w:rPr>
        <w:t xml:space="preserve"> «Мама, не надо тревожиться за меня, потому что я не одна, кто покинул дом и родителей. Ты должна гордиться, что вырастила такую дочь, которая защищает бедный народ от мрачного фашизма»</w:t>
      </w:r>
      <w:r>
        <w:t xml:space="preserve"> [29].</w:t>
      </w:r>
    </w:p>
    <w:p>
      <w:r>
        <w:t xml:space="preserve">Многие армяне входили в состав подпольных организаций и партизанских групп </w:t>
      </w:r>
      <w:r>
        <w:rPr>
          <w:b/>
        </w:rPr>
        <w:t>Бельгии, Голландии и Греции</w:t>
      </w:r>
      <w:r>
        <w:t xml:space="preserve">. Наиболее крупной партизанской частью на территории Бельгии, состоявшей в основном из советских граждан, была бригада </w:t>
      </w:r>
      <w:r>
        <w:rPr>
          <w:b/>
        </w:rPr>
        <w:t>«За Родину»</w:t>
      </w:r>
      <w:r>
        <w:t xml:space="preserve">. Весной 1944 года к этой бригаде присоединился отряд, которым командовал </w:t>
      </w:r>
      <w:r>
        <w:rPr>
          <w:b/>
        </w:rPr>
        <w:t>Михаил Мирзоян</w:t>
      </w:r>
      <w:r>
        <w:t xml:space="preserve">. Он действовал на севере страны. В Арлонских лесах в одной из групп советских партизан сражались </w:t>
      </w:r>
      <w:r>
        <w:rPr>
          <w:b/>
        </w:rPr>
        <w:t>Б. Геворкян и И. Артанян</w:t>
      </w:r>
      <w:r>
        <w:t>. Партизаны контролировали большой участок дороги Льеж-Люксембург [30]. В мае—июле 1943 г. немцы привезли военнопленных армян в Голландию.</w:t>
      </w:r>
    </w:p>
    <w:p>
      <w:r>
        <w:t xml:space="preserve">Некоторые из них установили контакт с движением голландского Сопротивления. Среди них был военнопленный </w:t>
      </w:r>
      <w:r>
        <w:rPr>
          <w:b/>
        </w:rPr>
        <w:t>Телемак Мартиросян</w:t>
      </w:r>
      <w:r>
        <w:t xml:space="preserve">, который, по словам одного из видных деятелей голландского, движения Сопротивления, затем профессора Лейденского университета Вильяма Нагеля «показал себя человеком очень энергичным и обладающим сильной волей». Т. Мартиросян был взят в плен фашистами в районе Днепропетровска. Вел активную подпольную деятельность в Польше, затем — в Голландии. Участниками движения Сопротивления в Голландии были </w:t>
      </w:r>
      <w:r>
        <w:rPr>
          <w:b/>
        </w:rPr>
        <w:t>Наполеон Дарбинян, врачи Григорий Мирзаханян, Акоп Казарян</w:t>
      </w:r>
      <w:r>
        <w:t xml:space="preserve"> (Казарян—Саркисян из села Коти Ноемберянского района), </w:t>
      </w:r>
      <w:r>
        <w:rPr>
          <w:b/>
        </w:rPr>
        <w:t>Аршак из Шулавера, Рубен Меликян</w:t>
      </w:r>
      <w:r>
        <w:t xml:space="preserve"> и другие.</w:t>
      </w:r>
    </w:p>
    <w:p>
      <w:r>
        <w:t>В написанной В. Нагелем книге «Поезда не возвращаются обратно» две главы посвящены участию армянских патриотов в голландском движении Сопротивления. В начале 1943 года в четвертом батальоне из военнопленных армян в Голландии активно действовали антифашистская подпольная организация, которую возглавили А. Карапетян, В. Варданян, В. Мкртчян и другие. Была организована связь с польскими участниками движения Сопротивления. Однако в феврале 1943 года немцы вышли на след семерых подпольщиков и учинили над ними кровавую расправу. В мае—июне армянские легионеры, в составе около 1500 человек, находились в Голландии для несения караульной службы.</w:t>
      </w:r>
    </w:p>
    <w:p>
      <w:r>
        <w:t>Они вступили в контакт с участниками местного движения Сопротивления, снабжая их вооружением и боеприпасами. Одной из ярких страниц в истории движения Сопротивления Голландии было участие военнопленных армян в восстании на острове Тексель, в Нидерландах, в конце 1944 года [31].</w:t>
      </w:r>
    </w:p>
    <w:p>
      <w:r>
        <w:t xml:space="preserve">Орган </w:t>
      </w:r>
      <w:r>
        <w:rPr>
          <w:b/>
        </w:rPr>
        <w:t>Народного Фронта армян Греции</w:t>
      </w:r>
      <w:r>
        <w:t xml:space="preserve"> — газета </w:t>
      </w:r>
      <w:r>
        <w:rPr>
          <w:b/>
        </w:rPr>
        <w:t>«Нор кянк» («Новая жизнь»)</w:t>
      </w:r>
      <w:r>
        <w:t xml:space="preserve"> от 28 июля 1948 года целиком посвящена памяти армян Греции, которые в рядах национально-освободительного фронта (ЭАМ) и народно-освободительной армии Греции (ЛАС) сражались и погибли за независимость Греции. В газете помещены фотографии и биографические справки более 80 армян, павших героев греческого Движения Сопротивления — </w:t>
      </w:r>
      <w:r>
        <w:rPr>
          <w:b/>
        </w:rPr>
        <w:t>Ваграма Саганяна, Арама Геокчяна, Мкртыча Сафаряна, Мартироса Испиряна, Геворга Бариджаняна, Андраника Гугасяна, Габриеле Тавулгяна</w:t>
      </w:r>
      <w:r>
        <w:t xml:space="preserve"> и др.</w:t>
      </w:r>
    </w:p>
    <w:p/>
    <w:p>
      <w:r>
        <w:rPr>
          <w:b/>
          <w:color w:val="FF0000"/>
        </w:rPr>
        <w:t>Ошибка при загрузке изображения</w:t>
      </w:r>
    </w:p>
    <w:p>
      <w:r>
        <w:t>В мае 1944 г. бежавшие из плена Егише Петросян, Мнацакан Бархударян, Бабкен Нерсисян и др. армяне, около 150 человек, соединившись с греческими партизанами, образовали роту в составе 28 полка ЭЛЛАС. Командиром его был назначен бакинец Бабкен Нерсисян, заместителем — Егише Петросян из Красносельска, командиром одного из взводов — Мнацакан Бархударян. Рота вскоре превратилась в отряд из 750 человек. Ей дали название «Свобода». Бойцы отряда под руководством Петросяна и Бархударяна, вместе с греческими партизанами, во главе с Аррианосом освободили город Корот. В этих боях особо отличился Енок Саркисян. На греческой земле сражались и погибли Михаил Арзуманян, Саргис Асулян и Григор Петросян [32].</w:t>
      </w:r>
    </w:p>
    <w:p>
      <w:r>
        <w:t xml:space="preserve">Активное участие приняли в греческом движении Сопротивления Амбарцум Казаросян, Симон Кркашарян и др. Один из активных очагов антифашистского Сопротивления находился в крупнейшем международном лагере для военнопленных офицеров в гор. Хаммельбурге. Во главе этой организации были генералы </w:t>
      </w:r>
      <w:r>
        <w:rPr>
          <w:b/>
        </w:rPr>
        <w:t>И. С. Никитин, X. Н. Алавердов и майор Н. Ф. Панасенко.</w:t>
      </w:r>
      <w:r>
        <w:t xml:space="preserve"> Активный участник гражданской войны, один из первых воинов-армян, удостоившихся генеральского звания, Христофор Николаевич Алавердов начал войну на посту командира 113-ой стрелковой дивизии. Они приняли бой на брестском направлении и, оказавшись в окружении превосходящих сил противника, 18 дней вели тяжелые кровопролитные бои, нанося противнику большие потери.</w:t>
      </w:r>
    </w:p>
    <w:p>
      <w:r>
        <w:t xml:space="preserve">Тяжело раненый и потерявший сознание комдив был схвачен фашистами. Он провел в лазарете несколько месяцев, затем был отправлен в Хаммельбургский лагерь для советских, французских и других военнопленных офицеров и генералов, где, несмотря на жестокий режим лагеря, развернул антифашистскую деятельность. Здесь Алавердов, вместе с бывшим командиром 6-го кавалерийского корпуса генерал-майором Никитиным и майором Панасенко, создал подпольную антифашистскую организацию, которая вела большую патриотическую работу среди советских военнопленных*. Газета </w:t>
      </w:r>
      <w:r>
        <w:rPr>
          <w:b/>
        </w:rPr>
        <w:t>«Красная Звезда»</w:t>
      </w:r>
      <w:r>
        <w:t>, рассказывая о подпольной антифашистской организации, созданной в Хаммельбургском лагере, дала высокую оценку деятельности генерала Алавердова как одного из организаторов и руководителей этой антифашистской патриотической организации [33].</w:t>
      </w:r>
    </w:p>
    <w:p>
      <w:r>
        <w:rPr>
          <w:b/>
          <w:color w:val="FF0000"/>
        </w:rPr>
        <w:t>Ошибка при загрузке изображения</w:t>
      </w:r>
    </w:p>
    <w:p>
      <w:r>
        <w:rPr>
          <w:i/>
        </w:rPr>
        <w:t>Маршал Советского Союза Иван Баграмян.</w:t>
      </w:r>
    </w:p>
    <w:p>
      <w:r>
        <w:t xml:space="preserve">Характеризуя X. Алавердяна, Маршал Советского Союза </w:t>
      </w:r>
      <w:r>
        <w:rPr>
          <w:b/>
        </w:rPr>
        <w:t>И. X. Баграмян</w:t>
      </w:r>
      <w:r>
        <w:t xml:space="preserve"> писал:</w:t>
      </w:r>
    </w:p>
    <w:p>
      <w:pPr>
        <w:pStyle w:val="IntenseQuote"/>
      </w:pPr>
    </w:p>
    <w:p>
      <w:r>
        <w:rPr>
          <w:i/>
        </w:rPr>
        <w:t>«К началу Великой Отечественной войны генерал-майор Христофор Алавердян был уже одним из опытных и заслуженных воинов Красной Армии. Его грудь украшали три ордена — достойное признание его ратных заслуг. Нападение фашистских орд на нашу Родину он встретил на западной границе, в Белоруссии, командуя 113-ой стрелковой дивизией. Его полки сражались с беспримерной стойкостью, но в силу известных всем обстоятельств, в ходе ожесточенных боев оказались в кольце фашистских вражеских войск и, пробираясь на восток, понесли тяжелые потери. Сам командир дивизии, будучи раненым, попал в руки фашистов. Его пытались склонить к измене Родины, но старый большевик, закаленный советский воин и патриот с гневом и презрением отверг их домогательства. Пытаясь сломить его волю, его заточили в страшный Хаммельбургский концлагерь, но и там он не сложил свое последнее оружие, которого враги не в силах были его лишить — пламенное слово большевика»</w:t>
      </w:r>
      <w:r>
        <w:t>[34].</w:t>
      </w:r>
    </w:p>
    <w:p>
      <w:r>
        <w:t xml:space="preserve">В этом концлагере с </w:t>
      </w:r>
      <w:r>
        <w:rPr>
          <w:b/>
        </w:rPr>
        <w:t>Карбышевым</w:t>
      </w:r>
      <w:r>
        <w:t xml:space="preserve"> познакомился </w:t>
      </w:r>
      <w:r>
        <w:rPr>
          <w:b/>
        </w:rPr>
        <w:t>Грант Айрапетов</w:t>
      </w:r>
      <w:r>
        <w:t xml:space="preserve">. По заданию подпольного комитета он передавал собранный по граммам паек в лагерный госпиталь, где лежал генерал. Айрапетов побывал и в других концлагерях и везде работал в подпольных антифашистских комитетах. Он был приговорен к вечной каторге в лагерь смерти Маутхаузен, где встретился с Карбышевым и получил задание интернационального центра — спасти 10 товарищей, приговоренных к расстрелу [35]. В разных концентрационных лагерях находилось много армян-антифашистов — </w:t>
      </w:r>
      <w:r>
        <w:rPr>
          <w:b/>
        </w:rPr>
        <w:t>Геворг Саркисян, А. Погосян, В. Аракелян, Coco Галустов</w:t>
      </w:r>
      <w:r>
        <w:t xml:space="preserve"> и др.</w:t>
      </w:r>
    </w:p>
    <w:p>
      <w:r>
        <w:t xml:space="preserve">История сохранила бессмертный подвиг женщин фашистского концлагеря Равенсбрюк. Среди них были армянки: </w:t>
      </w:r>
      <w:r>
        <w:rPr>
          <w:b/>
        </w:rPr>
        <w:t>Аида Алавердян, Осанна Авакова, Валентина Патрикян, Луиза Асланян (Лас)</w:t>
      </w:r>
      <w:r>
        <w:t xml:space="preserve"> и другие [36]. Узником Бухенвальда (человек № 50009) был боец Советской Армии, затем политзаключенный Галоян Мусаел Анушаванович. Он издал свои воспоминания о самоотверженной борьбе военнопленных страшного фашистского концлагеря Бухенвальда, где он оказался в плену после тяжелого ранения на фронте (37). В июле 1942 года газета «Красная Армия» писала о подвиге комсомольца-связиста Мусаела Галояна, который под огнем противника прошел больше километра и в 16 местах исправил линию [38].</w:t>
      </w:r>
    </w:p>
    <w:p>
      <w:r>
        <w:rPr>
          <w:b/>
          <w:color w:val="FF0000"/>
        </w:rPr>
        <w:t>Ошибка при загрузке изображения</w:t>
      </w:r>
    </w:p>
    <w:p>
      <w:r>
        <w:rPr>
          <w:i/>
        </w:rPr>
        <w:t>Луиза Асланян — французский антифашист армянского происхождения, коммунист, писательница-прозаик, поэтесса, видный деятель французского движения Сопротивления.</w:t>
      </w:r>
    </w:p>
    <w:p>
      <w:r>
        <w:t>Таким образом, движение Сопротивления в Европе в период второй мировой войны — фактор мирового значения. Только в шести странах Восточной, Юго-Восточной и Западной Европы — в Болгарии, Польше, Чехословакии, Греции, Италии и Франции — в нем участвовало более 2,2 млн. человек [39].</w:t>
      </w:r>
    </w:p>
    <w:p>
      <w:r>
        <w:rPr>
          <w:b/>
        </w:rPr>
        <w:t xml:space="preserve"> Гарибджанян Геворг Багратович, академик НАН РА</w:t>
      </w:r>
    </w:p>
    <w:p>
      <w:r>
        <w:rPr>
          <w:b/>
        </w:rPr>
        <w:t xml:space="preserve">Список литературы:  </w:t>
      </w:r>
    </w:p>
    <w:p>
      <w:r>
        <w:t>1. Г.А. Деборин, К итогам II Международной конференции по истории движения Сопротивления (Вопросы истории, 1961, № 9, с. 3—41).</w:t>
      </w:r>
    </w:p>
    <w:p>
      <w:r>
        <w:t>2. См. М.И. Семиряга, Советские люди в европейском Сопротивлении, М.,1970, с. 7.</w:t>
      </w:r>
    </w:p>
    <w:p>
      <w:r>
        <w:t>3. Там же, с. 8—10.</w:t>
      </w:r>
    </w:p>
    <w:p>
      <w:r>
        <w:t>4. Правда, 17., VIII. 1941.</w:t>
      </w:r>
    </w:p>
    <w:p>
      <w:r>
        <w:t>5. См. Мечислав Юхневич, Участие поляков в европейском движении Сопротивления в годы второй мировой войны (1939—1945 гг.) (История военного дела в Польше, Варшава, 1970).</w:t>
      </w:r>
    </w:p>
    <w:p>
      <w:r>
        <w:t>6. Вопросы мировой войны. Движение Сопротивления в Европе, кн. третья, М., 1966, с. 213.</w:t>
      </w:r>
    </w:p>
    <w:p>
      <w:r>
        <w:t>7. Материалы о С. Курсугяне, предоставленные польскими друзьями, находятся в личном архиве автора статьи.</w:t>
      </w:r>
    </w:p>
    <w:p>
      <w:r>
        <w:t>8. Богдан Хнлебранд. Партизаны на Келецчине. 1939—1945 гг., Варшава. 1967.</w:t>
      </w:r>
    </w:p>
    <w:p>
      <w:r>
        <w:t>9. Заря Востока, 3. II. 1971.</w:t>
      </w:r>
    </w:p>
    <w:p>
      <w:r>
        <w:t>10. Коммунист, 29. XII. 1995; Правда, 13. II. 1967.</w:t>
      </w:r>
    </w:p>
    <w:p>
      <w:r>
        <w:t>11. Прометей, т. 7, Историко-биографическнй альманах серии «Жизнь замечательных людей», М., 1969, с 221—224.</w:t>
      </w:r>
    </w:p>
    <w:p>
      <w:r>
        <w:t>12. Там же</w:t>
      </w:r>
    </w:p>
    <w:p>
      <w:r>
        <w:t>13. Տ. Ս. Դրամբյան ֆրանսահայ կոմունիստները դիմադրության տարիներին, Երեվան , 1967 էջ 91:</w:t>
      </w:r>
    </w:p>
    <w:p>
      <w:r>
        <w:t>14. Там же, с. 95—98.</w:t>
      </w:r>
    </w:p>
    <w:p>
      <w:r>
        <w:t>15. Տ. Ս. Դրամբյան Մանուշյանի խումը, Երեվան, 1990 , էջ 106-109:</w:t>
      </w:r>
    </w:p>
    <w:p>
      <w:r>
        <w:t>16. Вышеупомянутая статья подполковника Ропера была опубликована во французской армянской газете «Жоговурд» («Народ»), 8.X.1944. «Жоговурд» была основана в 1943 г. как орган Армянского национального фронта во Франции. Со дня основания ее редактором был один из активных деятелей французского движения Сопротивления. коммунист Шаген Татурян (Советская Армения в годы Великой Отечественной войны. Сборник документов и материалов, Ереван. 1975, с. 693—695, 779)</w:t>
      </w:r>
    </w:p>
    <w:p>
      <w:r>
        <w:t>17. Советская Армения в годы Великой Отечественной войны, с. 695</w:t>
      </w:r>
    </w:p>
    <w:p>
      <w:r>
        <w:t>18. Ս. Դրամբյան, указ. соч.,с.116</w:t>
      </w:r>
    </w:p>
    <w:p>
      <w:r>
        <w:t>19. Советская Армения в годы Великой Отечественной войны, с. 722</w:t>
      </w:r>
    </w:p>
    <w:p>
      <w:r>
        <w:t>20. Там же, с. 718.</w:t>
      </w:r>
    </w:p>
    <w:p>
      <w:r>
        <w:t>21. Հովհաննիսյան , Ա. Ռուսակ, Մորտվիայի արծիվը, Երեվան , 1966:</w:t>
      </w:r>
    </w:p>
    <w:p>
      <w:r>
        <w:t>22. Бакинский рабочий, 20. VI. 1965.</w:t>
      </w:r>
    </w:p>
    <w:p>
      <w:r>
        <w:t>23. Советская Армения в годы Великой Отечественной воины, с. 693.</w:t>
      </w:r>
    </w:p>
    <w:p>
      <w:r>
        <w:t>24. К.Цкитишвили, Закавказье в партизанской войне 1941—1945. Тбилиси, 1973, с. 250.</w:t>
      </w:r>
    </w:p>
    <w:p>
      <w:r>
        <w:t>25. Коммунист, 9. V. 1963.</w:t>
      </w:r>
    </w:p>
    <w:p>
      <w:r>
        <w:t>26. В боях за народна свободы. Годпшник на Музея революционного движения в Болгарии, София, 1965, с 419—420</w:t>
      </w:r>
    </w:p>
    <w:p>
      <w:r>
        <w:t>27. Коммунист, 3. XI. 1969.</w:t>
      </w:r>
    </w:p>
    <w:p>
      <w:r>
        <w:t>28. Գ. Բ. Ղարիբջանյան , Ակնարկներ հայ-բուլղարական բարեկամության պատմության, Երեվան ,1989, էջ 189-210:</w:t>
      </w:r>
    </w:p>
    <w:p>
      <w:r>
        <w:t>29. Советская Армения в годы Великой Отечественной войны, с, 733—735.</w:t>
      </w:r>
    </w:p>
    <w:p>
      <w:r>
        <w:t>30. Советская Россия, 5. VII. 1968</w:t>
      </w:r>
    </w:p>
    <w:p>
      <w:r>
        <w:t>31. Вестник архивов Армении, 1965, № 3, с. 15—32.</w:t>
      </w:r>
    </w:p>
    <w:p>
      <w:r>
        <w:t>32. А. Саркисов, Без вести пропавшие, Баку, 1968, с. 116—119; К. Цкитишвили, указ. соч., с. 253.</w:t>
      </w:r>
    </w:p>
    <w:p>
      <w:r>
        <w:t>33. Красная звезда, 29 и 31, VIII, 1956</w:t>
      </w:r>
    </w:p>
    <w:p>
      <w:r>
        <w:t>34. Советская Армения в годы Великой Отечественной войны, с.438</w:t>
      </w:r>
    </w:p>
    <w:p>
      <w:r>
        <w:t>35. К. Цкитишвили, указ. соч., с. 267.</w:t>
      </w:r>
    </w:p>
    <w:p>
      <w:r>
        <w:t>36. А. Саркисов, Героические дочери Кавказа, Баку, 1965.</w:t>
      </w:r>
    </w:p>
    <w:p>
      <w:r>
        <w:t>37. Մ. Ա. Գալոյան , Մարդ հ. 50009 Երեվան , 1968 :</w:t>
      </w:r>
    </w:p>
    <w:p>
      <w:r>
        <w:t>38. Советская Армения в годы Великой Отечественной войны, с. 391, 392.</w:t>
      </w:r>
    </w:p>
    <w:p>
      <w:r>
        <w:t>39. Освободительная миссия советских вооруженных сил во второй мировой войне, М. 1971, с. 9.</w:t>
      </w:r>
    </w:p>
    <w:p>
      <w:r>
        <w:rPr>
          <w:b/>
        </w:rPr>
        <w:t>Источник: Լրաբեր Հասարակական Գիտությունների, № 1, 1995. pp. 19-30</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uchastie-armyan-v-evropejskom-dvizhenii-soprotivleniya" TargetMode="External"/><Relationship Id="rId11" Type="http://schemas.openxmlformats.org/officeDocument/2006/relationships/hyperlink" Target="https://soc-armen.livejournal.com/9878.html"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