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Работники алмазообрабатывающего предприятия в Армении бастуют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2020-05-21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Работники алмазообрабатывающего предприятия </w:t>
      </w:r>
      <w:r>
        <w:rPr>
          <w:b/>
        </w:rPr>
        <w:t>ADM Diamond</w:t>
      </w:r>
      <w:r>
        <w:t xml:space="preserve"> (бывший завод «Сириус») в Абовяне Котайкской области сегодня проводят акцию протеста.</w:t>
      </w:r>
    </w:p>
    <w:p>
      <w:r/>
      <w:r>
        <w:t>В акции протеста участвуют более 100 человек. Из-за коронавируса и введенных ограничительных мер завод, который открылся совсем недавно, в декабре 2019 года, в последние почти два месяца простаивал.</w:t>
      </w:r>
    </w:p>
    <w:p>
      <w:r>
        <w:t>На участников акции распространяются меры поддержки правительства, однако они до сих пор не получили ни копейки помощи и теперь требуют выплатить им причитающуюся компенсацию.</w:t>
      </w:r>
    </w:p>
    <w:p>
      <w:r>
        <w:rPr>
          <w:i/>
        </w:rPr>
        <w:t>«Мы два месяца простаивали и должны были получить помощь, так как гранильная отрасль пострадала от коронавируса. Работники всех остальных предприятий в нашем городе получили компенсацию. Наше руководство говорит, что государство не перечисляло деньги предприятию, в правительстве говорят, что бухгалтерия завода передала им неправильные документы. Теперь мы оказались меж двух огней»</w:t>
      </w:r>
      <w:r>
        <w:t xml:space="preserve">, — </w:t>
      </w:r>
      <w:hyperlink r:id="rId11">
        <w:r>
          <w:rPr>
            <w:color w:val="0000FF"/>
            <w:u w:val="single"/>
          </w:rPr>
          <w:t>рассказали</w:t>
        </w:r>
      </w:hyperlink>
      <w:r>
        <w:t xml:space="preserve"> работники предприятия.</w:t>
      </w:r>
    </w:p>
    <w:p>
      <w:r>
        <w:t>Основанный в 1967 году завод «Сириус» в советские годы производил радиоэлектронные детали и приборы, которые применялись в производстве на других предприятиях СССР.</w:t>
      </w:r>
    </w:p>
    <w:p>
      <w:r>
        <w:t>Чтобы обеспечить себе достойную жизнь, трудящийся человек должен осознать свои классовые интересы и начать активную классовую борьбу за отмену эксплуатации человека человеком и в конечном итоге за переход к социализму.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rabotniki-almazoobrabatyvayushhego-predpriyatiya-v-armenii-bastuyut" TargetMode="External"/><Relationship Id="rId11" Type="http://schemas.openxmlformats.org/officeDocument/2006/relationships/hyperlink" Target="https://m.ru.armeniasputnik.am/society/20200520/23107501/Mezh-dvukh-ogney-rabotniki-granilnogo-predpriyatiya-v-Armenii-bastuyut.html?mobile_return=no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